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6618D8" w14:textId="2CFAD4DC" w:rsidR="0095660D" w:rsidRDefault="003C7852">
      <w:pPr>
        <w:spacing w:after="40"/>
        <w:jc w:val="center"/>
      </w:pPr>
      <w:r w:rsidRPr="003C7852">
        <w:rPr>
          <w:rFonts w:ascii="Arial" w:hAnsi="Arial"/>
          <w:b/>
          <w:noProof/>
          <w:color w:val="1B365D"/>
          <w:sz w:val="36"/>
        </w:rPr>
        <w:drawing>
          <wp:inline distT="0" distB="0" distL="0" distR="0" wp14:anchorId="2DC4D371" wp14:editId="447B1154">
            <wp:extent cx="3379807" cy="1706205"/>
            <wp:effectExtent l="0" t="0" r="0" b="0"/>
            <wp:docPr id="2130676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6765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4452" cy="171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Arial" w:hAnsi="Arial"/>
          <w:b/>
          <w:color w:val="1B365D"/>
          <w:sz w:val="36"/>
        </w:rPr>
        <w:br/>
      </w:r>
    </w:p>
    <w:p w14:paraId="1CD3D722" w14:textId="7A609ECD" w:rsidR="0095660D" w:rsidRPr="003C7852" w:rsidRDefault="00000000">
      <w:pPr>
        <w:spacing w:after="360"/>
        <w:jc w:val="center"/>
        <w:rPr>
          <w:sz w:val="24"/>
          <w:szCs w:val="24"/>
        </w:rPr>
      </w:pPr>
      <w:r w:rsidRPr="003C7852">
        <w:rPr>
          <w:rFonts w:ascii="Arial" w:hAnsi="Arial"/>
          <w:i/>
          <w:color w:val="555555"/>
          <w:sz w:val="24"/>
          <w:szCs w:val="24"/>
        </w:rPr>
        <w:t>Alternative Provision Referral Form</w:t>
      </w:r>
      <w:r w:rsidRPr="003C7852">
        <w:rPr>
          <w:rFonts w:ascii="Arial" w:hAnsi="Arial"/>
          <w:i/>
          <w:color w:val="555555"/>
          <w:sz w:val="24"/>
          <w:szCs w:val="24"/>
        </w:rPr>
        <w:br/>
        <w:t>Tuition &amp; Mentoring — Eastleigh Venue</w:t>
      </w:r>
    </w:p>
    <w:p w14:paraId="05F103D4" w14:textId="77777777" w:rsidR="0095660D" w:rsidRPr="003C7852" w:rsidRDefault="00000000">
      <w:pPr>
        <w:keepNext/>
        <w:spacing w:before="240" w:after="80"/>
        <w:rPr>
          <w:sz w:val="24"/>
          <w:szCs w:val="24"/>
        </w:rPr>
      </w:pPr>
      <w:r w:rsidRPr="003C7852">
        <w:rPr>
          <w:rFonts w:ascii="Arial" w:hAnsi="Arial"/>
          <w:b/>
          <w:color w:val="1B365D"/>
          <w:sz w:val="24"/>
          <w:szCs w:val="24"/>
        </w:rPr>
        <w:t>SECTION 1: REFERRING AGENCY &amp; FUNDING LOGISTICS</w:t>
      </w:r>
    </w:p>
    <w:p w14:paraId="0A2C92A4" w14:textId="43CA0733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 xml:space="preserve">Name of Referring School / </w:t>
      </w:r>
      <w:r w:rsidR="003C7852" w:rsidRPr="003C7852">
        <w:rPr>
          <w:rFonts w:ascii="Arial" w:hAnsi="Arial"/>
          <w:sz w:val="24"/>
          <w:szCs w:val="24"/>
        </w:rPr>
        <w:t>Local Authority</w:t>
      </w:r>
      <w:r w:rsidRPr="003C7852">
        <w:rPr>
          <w:rFonts w:ascii="Arial" w:hAnsi="Arial"/>
          <w:sz w:val="24"/>
          <w:szCs w:val="24"/>
        </w:rPr>
        <w:t>: __________________________________</w:t>
      </w:r>
    </w:p>
    <w:p w14:paraId="6B026103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Name of Referring Professional: _______________________________________</w:t>
      </w:r>
    </w:p>
    <w:p w14:paraId="55509C36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Role / Job Title: ____________________________________________________</w:t>
      </w:r>
    </w:p>
    <w:p w14:paraId="1085A1A8" w14:textId="5882E69C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Email Address: _________________________________________________</w:t>
      </w:r>
    </w:p>
    <w:p w14:paraId="71975BEE" w14:textId="30BB4DCD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Contact Number: _______________________________________________</w:t>
      </w:r>
    </w:p>
    <w:p w14:paraId="56AEB89D" w14:textId="211F241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Funding Stream</w:t>
      </w:r>
      <w:r w:rsidRPr="003C7852">
        <w:rPr>
          <w:rFonts w:ascii="Arial" w:hAnsi="Arial"/>
          <w:sz w:val="24"/>
          <w:szCs w:val="24"/>
        </w:rPr>
        <w:t>: ___________________________</w:t>
      </w:r>
    </w:p>
    <w:p w14:paraId="07ED4252" w14:textId="77777777" w:rsidR="0095660D" w:rsidRPr="003C7852" w:rsidRDefault="00000000">
      <w:pPr>
        <w:keepNext/>
        <w:spacing w:before="240" w:after="80"/>
        <w:rPr>
          <w:sz w:val="24"/>
          <w:szCs w:val="24"/>
        </w:rPr>
      </w:pPr>
      <w:r w:rsidRPr="003C7852">
        <w:rPr>
          <w:rFonts w:ascii="Arial" w:hAnsi="Arial"/>
          <w:b/>
          <w:color w:val="1B365D"/>
          <w:sz w:val="24"/>
          <w:szCs w:val="24"/>
        </w:rPr>
        <w:t>SECTION 2: STUDENT PROFILE</w:t>
      </w:r>
    </w:p>
    <w:p w14:paraId="3415EAC1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Full Name: ___________________________________________________________</w:t>
      </w:r>
    </w:p>
    <w:p w14:paraId="47DBB2F9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Date of Birth: ____/____/______</w:t>
      </w:r>
      <w:proofErr w:type="gramStart"/>
      <w:r w:rsidRPr="003C7852">
        <w:rPr>
          <w:rFonts w:ascii="Arial" w:hAnsi="Arial"/>
          <w:sz w:val="24"/>
          <w:szCs w:val="24"/>
        </w:rPr>
        <w:t>_  |</w:t>
      </w:r>
      <w:proofErr w:type="gramEnd"/>
      <w:r w:rsidRPr="003C7852">
        <w:rPr>
          <w:rFonts w:ascii="Arial" w:hAnsi="Arial"/>
          <w:sz w:val="24"/>
          <w:szCs w:val="24"/>
        </w:rPr>
        <w:t xml:space="preserve">  Year Group: ______________________</w:t>
      </w:r>
    </w:p>
    <w:p w14:paraId="526DD186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Home Address: ________________________________________________________</w:t>
      </w:r>
    </w:p>
    <w:p w14:paraId="5A0BDE11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 xml:space="preserve">Does the pupil have an EHCP?  </w:t>
      </w:r>
      <w:proofErr w:type="gramStart"/>
      <w:r w:rsidRPr="003C7852">
        <w:rPr>
          <w:rFonts w:ascii="Arial" w:hAnsi="Arial"/>
          <w:sz w:val="24"/>
          <w:szCs w:val="24"/>
        </w:rPr>
        <w:t>[  ]</w:t>
      </w:r>
      <w:proofErr w:type="gramEnd"/>
      <w:r w:rsidRPr="003C7852">
        <w:rPr>
          <w:rFonts w:ascii="Arial" w:hAnsi="Arial"/>
          <w:sz w:val="24"/>
          <w:szCs w:val="24"/>
        </w:rPr>
        <w:t xml:space="preserve"> Yes</w:t>
      </w:r>
      <w:proofErr w:type="gramStart"/>
      <w:r w:rsidRPr="003C7852">
        <w:rPr>
          <w:rFonts w:ascii="Arial" w:hAnsi="Arial"/>
          <w:sz w:val="24"/>
          <w:szCs w:val="24"/>
        </w:rPr>
        <w:t xml:space="preserve">   [  ]</w:t>
      </w:r>
      <w:proofErr w:type="gramEnd"/>
      <w:r w:rsidRPr="003C7852">
        <w:rPr>
          <w:rFonts w:ascii="Arial" w:hAnsi="Arial"/>
          <w:sz w:val="24"/>
          <w:szCs w:val="24"/>
        </w:rPr>
        <w:t xml:space="preserve"> </w:t>
      </w:r>
      <w:proofErr w:type="gramStart"/>
      <w:r w:rsidRPr="003C7852">
        <w:rPr>
          <w:rFonts w:ascii="Arial" w:hAnsi="Arial"/>
          <w:sz w:val="24"/>
          <w:szCs w:val="24"/>
        </w:rPr>
        <w:t>No  (</w:t>
      </w:r>
      <w:proofErr w:type="gramEnd"/>
      <w:r w:rsidRPr="003C7852">
        <w:rPr>
          <w:rFonts w:ascii="Arial" w:hAnsi="Arial"/>
          <w:sz w:val="24"/>
          <w:szCs w:val="24"/>
        </w:rPr>
        <w:t>If yes, please attach copy)</w:t>
      </w:r>
    </w:p>
    <w:p w14:paraId="14530A98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SEN Primary Classification</w:t>
      </w:r>
      <w:proofErr w:type="gramStart"/>
      <w:r w:rsidRPr="003C7852">
        <w:rPr>
          <w:rFonts w:ascii="Arial" w:hAnsi="Arial"/>
          <w:sz w:val="24"/>
          <w:szCs w:val="24"/>
        </w:rPr>
        <w:t>:  [  ]</w:t>
      </w:r>
      <w:proofErr w:type="gramEnd"/>
      <w:r w:rsidRPr="003C7852">
        <w:rPr>
          <w:rFonts w:ascii="Arial" w:hAnsi="Arial"/>
          <w:sz w:val="24"/>
          <w:szCs w:val="24"/>
        </w:rPr>
        <w:t xml:space="preserve"> SEMH</w:t>
      </w:r>
      <w:proofErr w:type="gramStart"/>
      <w:r w:rsidRPr="003C7852">
        <w:rPr>
          <w:rFonts w:ascii="Arial" w:hAnsi="Arial"/>
          <w:sz w:val="24"/>
          <w:szCs w:val="24"/>
        </w:rPr>
        <w:t xml:space="preserve">   [  ]</w:t>
      </w:r>
      <w:proofErr w:type="gramEnd"/>
      <w:r w:rsidRPr="003C7852">
        <w:rPr>
          <w:rFonts w:ascii="Arial" w:hAnsi="Arial"/>
          <w:sz w:val="24"/>
          <w:szCs w:val="24"/>
        </w:rPr>
        <w:t xml:space="preserve"> ASD</w:t>
      </w:r>
      <w:proofErr w:type="gramStart"/>
      <w:r w:rsidRPr="003C7852">
        <w:rPr>
          <w:rFonts w:ascii="Arial" w:hAnsi="Arial"/>
          <w:sz w:val="24"/>
          <w:szCs w:val="24"/>
        </w:rPr>
        <w:t xml:space="preserve">   [  ]</w:t>
      </w:r>
      <w:proofErr w:type="gramEnd"/>
      <w:r w:rsidRPr="003C7852">
        <w:rPr>
          <w:rFonts w:ascii="Arial" w:hAnsi="Arial"/>
          <w:sz w:val="24"/>
          <w:szCs w:val="24"/>
        </w:rPr>
        <w:t xml:space="preserve"> ADHD</w:t>
      </w:r>
      <w:proofErr w:type="gramStart"/>
      <w:r w:rsidRPr="003C7852">
        <w:rPr>
          <w:rFonts w:ascii="Arial" w:hAnsi="Arial"/>
          <w:sz w:val="24"/>
          <w:szCs w:val="24"/>
        </w:rPr>
        <w:t xml:space="preserve">   [  ]</w:t>
      </w:r>
      <w:proofErr w:type="gramEnd"/>
      <w:r w:rsidRPr="003C7852">
        <w:rPr>
          <w:rFonts w:ascii="Arial" w:hAnsi="Arial"/>
          <w:sz w:val="24"/>
          <w:szCs w:val="24"/>
        </w:rPr>
        <w:t xml:space="preserve"> School Anxiety / Avoidance</w:t>
      </w:r>
    </w:p>
    <w:p w14:paraId="50CA2995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Student Status</w:t>
      </w:r>
      <w:proofErr w:type="gramStart"/>
      <w:r w:rsidRPr="003C7852">
        <w:rPr>
          <w:rFonts w:ascii="Arial" w:hAnsi="Arial"/>
          <w:sz w:val="24"/>
          <w:szCs w:val="24"/>
        </w:rPr>
        <w:t>:  [  ]</w:t>
      </w:r>
      <w:proofErr w:type="gramEnd"/>
      <w:r w:rsidRPr="003C7852">
        <w:rPr>
          <w:rFonts w:ascii="Arial" w:hAnsi="Arial"/>
          <w:sz w:val="24"/>
          <w:szCs w:val="24"/>
        </w:rPr>
        <w:t xml:space="preserve"> Looked After Child (</w:t>
      </w:r>
      <w:proofErr w:type="gramStart"/>
      <w:r w:rsidRPr="003C7852">
        <w:rPr>
          <w:rFonts w:ascii="Arial" w:hAnsi="Arial"/>
          <w:sz w:val="24"/>
          <w:szCs w:val="24"/>
        </w:rPr>
        <w:t>LAC)   [  ]</w:t>
      </w:r>
      <w:proofErr w:type="gramEnd"/>
      <w:r w:rsidRPr="003C7852">
        <w:rPr>
          <w:rFonts w:ascii="Arial" w:hAnsi="Arial"/>
          <w:sz w:val="24"/>
          <w:szCs w:val="24"/>
        </w:rPr>
        <w:t xml:space="preserve"> Child in Need (</w:t>
      </w:r>
      <w:proofErr w:type="gramStart"/>
      <w:r w:rsidRPr="003C7852">
        <w:rPr>
          <w:rFonts w:ascii="Arial" w:hAnsi="Arial"/>
          <w:sz w:val="24"/>
          <w:szCs w:val="24"/>
        </w:rPr>
        <w:t>CIN)   [  ]</w:t>
      </w:r>
      <w:proofErr w:type="gramEnd"/>
      <w:r w:rsidRPr="003C7852">
        <w:rPr>
          <w:rFonts w:ascii="Arial" w:hAnsi="Arial"/>
          <w:sz w:val="24"/>
          <w:szCs w:val="24"/>
        </w:rPr>
        <w:t xml:space="preserve"> Free School Meals (FSM)</w:t>
      </w:r>
    </w:p>
    <w:p w14:paraId="76AA1417" w14:textId="77777777" w:rsidR="0095660D" w:rsidRPr="003C7852" w:rsidRDefault="00000000">
      <w:pPr>
        <w:keepNext/>
        <w:spacing w:before="240" w:after="80"/>
        <w:rPr>
          <w:sz w:val="24"/>
          <w:szCs w:val="24"/>
        </w:rPr>
      </w:pPr>
      <w:r w:rsidRPr="003C7852">
        <w:rPr>
          <w:rFonts w:ascii="Arial" w:hAnsi="Arial"/>
          <w:b/>
          <w:color w:val="1B365D"/>
          <w:sz w:val="24"/>
          <w:szCs w:val="24"/>
        </w:rPr>
        <w:t>SECTION 3: PARENT &amp; CARER CONTACT</w:t>
      </w:r>
    </w:p>
    <w:p w14:paraId="75D1A3D3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Full Name of Parent / Carer: __________________________________________</w:t>
      </w:r>
    </w:p>
    <w:p w14:paraId="0686BE08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Relationship to Child: _________________________________________________</w:t>
      </w:r>
    </w:p>
    <w:p w14:paraId="7A34ED6E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Contact Phone Number: _________________________________________________</w:t>
      </w:r>
    </w:p>
    <w:p w14:paraId="5B857B76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Contact Email Address: _________________________________________________</w:t>
      </w:r>
    </w:p>
    <w:p w14:paraId="2ADE4A4A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 xml:space="preserve">Has formal parent/carer consent been obtained for this placement?  </w:t>
      </w:r>
      <w:proofErr w:type="gramStart"/>
      <w:r w:rsidRPr="003C7852">
        <w:rPr>
          <w:rFonts w:ascii="Arial" w:hAnsi="Arial"/>
          <w:sz w:val="24"/>
          <w:szCs w:val="24"/>
        </w:rPr>
        <w:t>[  ]</w:t>
      </w:r>
      <w:proofErr w:type="gramEnd"/>
      <w:r w:rsidRPr="003C7852">
        <w:rPr>
          <w:rFonts w:ascii="Arial" w:hAnsi="Arial"/>
          <w:sz w:val="24"/>
          <w:szCs w:val="24"/>
        </w:rPr>
        <w:t xml:space="preserve"> Yes</w:t>
      </w:r>
      <w:proofErr w:type="gramStart"/>
      <w:r w:rsidRPr="003C7852">
        <w:rPr>
          <w:rFonts w:ascii="Arial" w:hAnsi="Arial"/>
          <w:sz w:val="24"/>
          <w:szCs w:val="24"/>
        </w:rPr>
        <w:t xml:space="preserve">   [  ]</w:t>
      </w:r>
      <w:proofErr w:type="gramEnd"/>
      <w:r w:rsidRPr="003C7852">
        <w:rPr>
          <w:rFonts w:ascii="Arial" w:hAnsi="Arial"/>
          <w:sz w:val="24"/>
          <w:szCs w:val="24"/>
        </w:rPr>
        <w:t xml:space="preserve"> No</w:t>
      </w:r>
    </w:p>
    <w:p w14:paraId="2CD4CC5B" w14:textId="77777777" w:rsidR="0095660D" w:rsidRPr="003C7852" w:rsidRDefault="00000000">
      <w:pPr>
        <w:keepNext/>
        <w:spacing w:before="240" w:after="80"/>
        <w:rPr>
          <w:sz w:val="24"/>
          <w:szCs w:val="24"/>
        </w:rPr>
      </w:pPr>
      <w:r w:rsidRPr="003C7852">
        <w:rPr>
          <w:rFonts w:ascii="Arial" w:hAnsi="Arial"/>
          <w:b/>
          <w:color w:val="1B365D"/>
          <w:sz w:val="24"/>
          <w:szCs w:val="24"/>
        </w:rPr>
        <w:lastRenderedPageBreak/>
        <w:t>SECTION 4: REQUESTED PROVISION &amp; SCHEDULING</w:t>
      </w:r>
    </w:p>
    <w:p w14:paraId="7AB07FDE" w14:textId="77777777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Target Number of Sessions / Hours Per Week: ____________________________</w:t>
      </w:r>
    </w:p>
    <w:p w14:paraId="60266C6B" w14:textId="6CE64690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Preferred Timeslots</w:t>
      </w:r>
      <w:proofErr w:type="gramStart"/>
      <w:r w:rsidRPr="003C7852">
        <w:rPr>
          <w:rFonts w:ascii="Arial" w:hAnsi="Arial"/>
          <w:sz w:val="24"/>
          <w:szCs w:val="24"/>
        </w:rPr>
        <w:t>:  [  ]</w:t>
      </w:r>
      <w:proofErr w:type="gramEnd"/>
      <w:r w:rsidRPr="003C7852">
        <w:rPr>
          <w:rFonts w:ascii="Arial" w:hAnsi="Arial"/>
          <w:sz w:val="24"/>
          <w:szCs w:val="24"/>
        </w:rPr>
        <w:t xml:space="preserve"> Morning </w:t>
      </w:r>
      <w:proofErr w:type="gramStart"/>
      <w:r w:rsidRPr="003C7852">
        <w:rPr>
          <w:rFonts w:ascii="Arial" w:hAnsi="Arial"/>
          <w:sz w:val="24"/>
          <w:szCs w:val="24"/>
        </w:rPr>
        <w:t>Sessions</w:t>
      </w:r>
      <w:r w:rsidR="003D4144">
        <w:rPr>
          <w:rFonts w:ascii="Arial" w:hAnsi="Arial"/>
          <w:sz w:val="24"/>
          <w:szCs w:val="24"/>
        </w:rPr>
        <w:t xml:space="preserve">  </w:t>
      </w:r>
      <w:r w:rsidRPr="003C7852">
        <w:rPr>
          <w:rFonts w:ascii="Arial" w:hAnsi="Arial"/>
          <w:sz w:val="24"/>
          <w:szCs w:val="24"/>
        </w:rPr>
        <w:t>[  ]</w:t>
      </w:r>
      <w:proofErr w:type="gramEnd"/>
      <w:r w:rsidRPr="003C7852">
        <w:rPr>
          <w:rFonts w:ascii="Arial" w:hAnsi="Arial"/>
          <w:sz w:val="24"/>
          <w:szCs w:val="24"/>
        </w:rPr>
        <w:t xml:space="preserve"> Afternoon Sessions</w:t>
      </w:r>
    </w:p>
    <w:p w14:paraId="3D1A3FFB" w14:textId="38D86DD5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Primary Focus Areas (Select all that apply):</w:t>
      </w:r>
      <w:r w:rsidRPr="003C7852">
        <w:rPr>
          <w:rFonts w:ascii="Arial" w:hAnsi="Arial"/>
          <w:sz w:val="24"/>
          <w:szCs w:val="24"/>
        </w:rPr>
        <w:br/>
      </w:r>
      <w:proofErr w:type="gramStart"/>
      <w:r w:rsidRPr="003C7852">
        <w:rPr>
          <w:rFonts w:ascii="Arial" w:hAnsi="Arial"/>
          <w:sz w:val="24"/>
          <w:szCs w:val="24"/>
        </w:rPr>
        <w:t>[  ]</w:t>
      </w:r>
      <w:proofErr w:type="gramEnd"/>
      <w:r w:rsidRPr="003C7852">
        <w:rPr>
          <w:rFonts w:ascii="Arial" w:hAnsi="Arial"/>
          <w:sz w:val="24"/>
          <w:szCs w:val="24"/>
        </w:rPr>
        <w:t xml:space="preserve"> Mentoring &amp; Emotional Regulation</w:t>
      </w:r>
      <w:r w:rsidRPr="003C7852">
        <w:rPr>
          <w:rFonts w:ascii="Arial" w:hAnsi="Arial"/>
          <w:sz w:val="24"/>
          <w:szCs w:val="24"/>
        </w:rPr>
        <w:br/>
      </w:r>
      <w:proofErr w:type="gramStart"/>
      <w:r w:rsidRPr="003C7852">
        <w:rPr>
          <w:rFonts w:ascii="Arial" w:hAnsi="Arial"/>
          <w:sz w:val="24"/>
          <w:szCs w:val="24"/>
        </w:rPr>
        <w:t>[  ]</w:t>
      </w:r>
      <w:proofErr w:type="gramEnd"/>
      <w:r w:rsidRPr="003C7852">
        <w:rPr>
          <w:rFonts w:ascii="Arial" w:hAnsi="Arial"/>
          <w:sz w:val="24"/>
          <w:szCs w:val="24"/>
        </w:rPr>
        <w:t xml:space="preserve"> Re-engagement / Rebuilding School Confidence</w:t>
      </w:r>
      <w:r w:rsidRPr="003C7852">
        <w:rPr>
          <w:rFonts w:ascii="Arial" w:hAnsi="Arial"/>
          <w:sz w:val="24"/>
          <w:szCs w:val="24"/>
        </w:rPr>
        <w:br/>
      </w:r>
      <w:proofErr w:type="gramStart"/>
      <w:r w:rsidRPr="003C7852">
        <w:rPr>
          <w:rFonts w:ascii="Arial" w:hAnsi="Arial"/>
          <w:sz w:val="24"/>
          <w:szCs w:val="24"/>
        </w:rPr>
        <w:t>[  ]</w:t>
      </w:r>
      <w:proofErr w:type="gramEnd"/>
      <w:r w:rsidRPr="003C7852">
        <w:rPr>
          <w:rFonts w:ascii="Arial" w:hAnsi="Arial"/>
          <w:sz w:val="24"/>
          <w:szCs w:val="24"/>
        </w:rPr>
        <w:t xml:space="preserve"> Targeted Academic Tuition &amp; Catch-up</w:t>
      </w:r>
      <w:r w:rsidRPr="003C7852">
        <w:rPr>
          <w:rFonts w:ascii="Arial" w:hAnsi="Arial"/>
          <w:sz w:val="24"/>
          <w:szCs w:val="24"/>
        </w:rPr>
        <w:br/>
      </w:r>
      <w:proofErr w:type="gramStart"/>
      <w:r w:rsidRPr="003C7852">
        <w:rPr>
          <w:rFonts w:ascii="Arial" w:hAnsi="Arial"/>
          <w:sz w:val="24"/>
          <w:szCs w:val="24"/>
        </w:rPr>
        <w:t>[  ]</w:t>
      </w:r>
      <w:proofErr w:type="gramEnd"/>
      <w:r w:rsidRPr="003C7852">
        <w:rPr>
          <w:rFonts w:ascii="Arial" w:hAnsi="Arial"/>
          <w:sz w:val="24"/>
          <w:szCs w:val="24"/>
        </w:rPr>
        <w:t xml:space="preserve"> Support for Transition / Reduced Timetable</w:t>
      </w:r>
    </w:p>
    <w:p w14:paraId="3315445F" w14:textId="77777777" w:rsidR="0095660D" w:rsidRPr="003C7852" w:rsidRDefault="00000000">
      <w:pPr>
        <w:keepNext/>
        <w:spacing w:before="240" w:after="80"/>
        <w:rPr>
          <w:sz w:val="24"/>
          <w:szCs w:val="24"/>
        </w:rPr>
      </w:pPr>
      <w:r w:rsidRPr="003C7852">
        <w:rPr>
          <w:rFonts w:ascii="Arial" w:hAnsi="Arial"/>
          <w:b/>
          <w:color w:val="1B365D"/>
          <w:sz w:val="24"/>
          <w:szCs w:val="24"/>
        </w:rPr>
        <w:t>SECTION 5: RISK ASSESSMENT &amp; SUPPORT STRATEGIES</w:t>
      </w:r>
    </w:p>
    <w:p w14:paraId="51ECAF3A" w14:textId="51615671" w:rsidR="0095660D" w:rsidRDefault="00000000" w:rsidP="00413B91">
      <w:pPr>
        <w:spacing w:after="120" w:line="360" w:lineRule="auto"/>
        <w:rPr>
          <w:rFonts w:ascii="Arial" w:hAnsi="Arial"/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 xml:space="preserve">Are there any known behavioural, environmental, or medical risks?  </w:t>
      </w:r>
      <w:proofErr w:type="gramStart"/>
      <w:r w:rsidRPr="003C7852">
        <w:rPr>
          <w:rFonts w:ascii="Arial" w:hAnsi="Arial"/>
          <w:sz w:val="24"/>
          <w:szCs w:val="24"/>
        </w:rPr>
        <w:t>[  ]</w:t>
      </w:r>
      <w:proofErr w:type="gramEnd"/>
      <w:r w:rsidRPr="003C7852">
        <w:rPr>
          <w:rFonts w:ascii="Arial" w:hAnsi="Arial"/>
          <w:sz w:val="24"/>
          <w:szCs w:val="24"/>
        </w:rPr>
        <w:t xml:space="preserve"> Yes</w:t>
      </w:r>
      <w:proofErr w:type="gramStart"/>
      <w:r w:rsidRPr="003C7852">
        <w:rPr>
          <w:rFonts w:ascii="Arial" w:hAnsi="Arial"/>
          <w:sz w:val="24"/>
          <w:szCs w:val="24"/>
        </w:rPr>
        <w:t xml:space="preserve">   [  ]</w:t>
      </w:r>
      <w:proofErr w:type="gramEnd"/>
      <w:r w:rsidRPr="003C7852">
        <w:rPr>
          <w:rFonts w:ascii="Arial" w:hAnsi="Arial"/>
          <w:sz w:val="24"/>
          <w:szCs w:val="24"/>
        </w:rPr>
        <w:t xml:space="preserve"> No</w:t>
      </w:r>
      <w:r w:rsidRPr="003C7852">
        <w:rPr>
          <w:rFonts w:ascii="Arial" w:hAnsi="Arial"/>
          <w:sz w:val="24"/>
          <w:szCs w:val="24"/>
        </w:rPr>
        <w:br/>
      </w:r>
      <w:r w:rsidRPr="003C7852">
        <w:rPr>
          <w:rFonts w:ascii="Arial" w:hAnsi="Arial"/>
          <w:sz w:val="24"/>
          <w:szCs w:val="24"/>
        </w:rPr>
        <w:t>If yes, please detail specific triggers, safety indicators, or historical context to support our assessment:</w:t>
      </w:r>
      <w:r w:rsidRPr="003C7852">
        <w:rPr>
          <w:rFonts w:ascii="Arial" w:hAnsi="Arial"/>
          <w:sz w:val="24"/>
          <w:szCs w:val="24"/>
        </w:rPr>
        <w:br/>
        <w:t>__________________________________________________________________________</w:t>
      </w:r>
      <w:r w:rsidRPr="003C7852">
        <w:rPr>
          <w:rFonts w:ascii="Arial" w:hAnsi="Arial"/>
          <w:sz w:val="24"/>
          <w:szCs w:val="24"/>
        </w:rPr>
        <w:br/>
        <w:t>__________________________________________________________________________</w:t>
      </w:r>
    </w:p>
    <w:p w14:paraId="7A163E24" w14:textId="3E61412C" w:rsidR="00413B91" w:rsidRPr="007D221C" w:rsidRDefault="00413B91" w:rsidP="007D221C">
      <w:pPr>
        <w:spacing w:after="120" w:line="360" w:lineRule="auto"/>
        <w:rPr>
          <w:rFonts w:ascii="Arial" w:hAnsi="Arial"/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__________________________________________________________________________</w:t>
      </w:r>
    </w:p>
    <w:p w14:paraId="000B1F30" w14:textId="073A77E5" w:rsidR="0095660D" w:rsidRPr="003C7852" w:rsidRDefault="00000000">
      <w:pPr>
        <w:spacing w:after="120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Current School Attendance Rate (%): __________</w:t>
      </w:r>
    </w:p>
    <w:p w14:paraId="45B8231E" w14:textId="794CBC39" w:rsidR="0095660D" w:rsidRDefault="00000000" w:rsidP="00413B91">
      <w:pPr>
        <w:spacing w:after="120" w:line="360" w:lineRule="auto"/>
        <w:rPr>
          <w:rFonts w:ascii="Arial" w:hAnsi="Arial"/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 xml:space="preserve">Briefly </w:t>
      </w:r>
      <w:r w:rsidR="00413B91">
        <w:rPr>
          <w:rFonts w:ascii="Arial" w:hAnsi="Arial"/>
          <w:sz w:val="24"/>
          <w:szCs w:val="24"/>
        </w:rPr>
        <w:t>explain</w:t>
      </w:r>
      <w:r w:rsidRPr="003C7852">
        <w:rPr>
          <w:rFonts w:ascii="Arial" w:hAnsi="Arial"/>
          <w:sz w:val="24"/>
          <w:szCs w:val="24"/>
        </w:rPr>
        <w:t xml:space="preserve"> the student's current situation and </w:t>
      </w:r>
      <w:r w:rsidR="00272673">
        <w:rPr>
          <w:rFonts w:ascii="Arial" w:hAnsi="Arial"/>
          <w:sz w:val="24"/>
          <w:szCs w:val="24"/>
        </w:rPr>
        <w:t>the</w:t>
      </w:r>
      <w:r w:rsidRPr="003C7852">
        <w:rPr>
          <w:rFonts w:ascii="Arial" w:hAnsi="Arial"/>
          <w:sz w:val="24"/>
          <w:szCs w:val="24"/>
        </w:rPr>
        <w:t xml:space="preserve"> objectives for this placement:</w:t>
      </w:r>
      <w:r w:rsidRPr="003C7852">
        <w:rPr>
          <w:rFonts w:ascii="Arial" w:hAnsi="Arial"/>
          <w:sz w:val="24"/>
          <w:szCs w:val="24"/>
        </w:rPr>
        <w:br/>
      </w:r>
      <w:r w:rsidRPr="003C7852">
        <w:rPr>
          <w:rFonts w:ascii="Arial" w:hAnsi="Arial"/>
          <w:sz w:val="24"/>
          <w:szCs w:val="24"/>
        </w:rPr>
        <w:t>__________________________________________________________________________</w:t>
      </w:r>
      <w:r w:rsidRPr="003C7852">
        <w:rPr>
          <w:rFonts w:ascii="Arial" w:hAnsi="Arial"/>
          <w:sz w:val="24"/>
          <w:szCs w:val="24"/>
        </w:rPr>
        <w:br/>
        <w:t>__________________________________________________________________________</w:t>
      </w:r>
    </w:p>
    <w:p w14:paraId="7A9928ED" w14:textId="549B5B43" w:rsidR="00413B91" w:rsidRPr="003C7852" w:rsidRDefault="00413B91" w:rsidP="00413B91">
      <w:pPr>
        <w:spacing w:after="120" w:line="360" w:lineRule="auto"/>
        <w:rPr>
          <w:sz w:val="24"/>
          <w:szCs w:val="24"/>
        </w:rPr>
      </w:pPr>
      <w:r w:rsidRPr="003C7852">
        <w:rPr>
          <w:rFonts w:ascii="Arial" w:hAnsi="Arial"/>
          <w:sz w:val="24"/>
          <w:szCs w:val="24"/>
        </w:rPr>
        <w:t>__________________________________________________________________________</w:t>
      </w:r>
    </w:p>
    <w:p w14:paraId="4A76C9F0" w14:textId="29D4F503" w:rsidR="003C7852" w:rsidRPr="003C7852" w:rsidRDefault="00000000">
      <w:pPr>
        <w:spacing w:before="360"/>
        <w:jc w:val="center"/>
        <w:rPr>
          <w:rFonts w:ascii="Arial" w:hAnsi="Arial"/>
          <w:b/>
          <w:color w:val="333333"/>
          <w:sz w:val="24"/>
          <w:szCs w:val="24"/>
        </w:rPr>
      </w:pPr>
      <w:r w:rsidRPr="003C7852">
        <w:rPr>
          <w:rFonts w:ascii="Arial" w:hAnsi="Arial"/>
          <w:b/>
          <w:color w:val="333333"/>
          <w:sz w:val="24"/>
          <w:szCs w:val="24"/>
        </w:rPr>
        <w:t xml:space="preserve">Please email this completed form along with any relevant EHCP or school risk assessments directly to </w:t>
      </w:r>
      <w:hyperlink r:id="rId7" w:history="1">
        <w:r w:rsidR="003C7852" w:rsidRPr="003C7852">
          <w:rPr>
            <w:rStyle w:val="Hyperlink"/>
            <w:rFonts w:ascii="Arial" w:hAnsi="Arial"/>
            <w:b/>
            <w:sz w:val="24"/>
            <w:szCs w:val="24"/>
          </w:rPr>
          <w:t>contact@raiseap.co.uk</w:t>
        </w:r>
      </w:hyperlink>
    </w:p>
    <w:p w14:paraId="442815F5" w14:textId="4CAE015A" w:rsidR="0095660D" w:rsidRPr="003C7852" w:rsidRDefault="00000000">
      <w:pPr>
        <w:spacing w:before="360"/>
        <w:jc w:val="center"/>
        <w:rPr>
          <w:sz w:val="24"/>
          <w:szCs w:val="24"/>
        </w:rPr>
      </w:pPr>
      <w:r w:rsidRPr="003C7852">
        <w:rPr>
          <w:rFonts w:ascii="Arial" w:hAnsi="Arial"/>
          <w:b/>
          <w:color w:val="333333"/>
          <w:sz w:val="24"/>
          <w:szCs w:val="24"/>
        </w:rPr>
        <w:t>We will review the details and respond within 2 working days to schedule an initial onboarding tour of our Eastleigh venue.</w:t>
      </w:r>
    </w:p>
    <w:sectPr w:rsidR="0095660D" w:rsidRPr="003C7852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0586057">
    <w:abstractNumId w:val="8"/>
  </w:num>
  <w:num w:numId="2" w16cid:durableId="1856773033">
    <w:abstractNumId w:val="6"/>
  </w:num>
  <w:num w:numId="3" w16cid:durableId="1108087473">
    <w:abstractNumId w:val="5"/>
  </w:num>
  <w:num w:numId="4" w16cid:durableId="1221939965">
    <w:abstractNumId w:val="4"/>
  </w:num>
  <w:num w:numId="5" w16cid:durableId="1583248496">
    <w:abstractNumId w:val="7"/>
  </w:num>
  <w:num w:numId="6" w16cid:durableId="2113549781">
    <w:abstractNumId w:val="3"/>
  </w:num>
  <w:num w:numId="7" w16cid:durableId="461966754">
    <w:abstractNumId w:val="2"/>
  </w:num>
  <w:num w:numId="8" w16cid:durableId="400910962">
    <w:abstractNumId w:val="1"/>
  </w:num>
  <w:num w:numId="9" w16cid:durableId="1743521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64E"/>
    <w:rsid w:val="00034616"/>
    <w:rsid w:val="0006063C"/>
    <w:rsid w:val="0015074B"/>
    <w:rsid w:val="00272673"/>
    <w:rsid w:val="0029639D"/>
    <w:rsid w:val="00326F90"/>
    <w:rsid w:val="003C7852"/>
    <w:rsid w:val="003D4144"/>
    <w:rsid w:val="00413B91"/>
    <w:rsid w:val="00492E93"/>
    <w:rsid w:val="007D221C"/>
    <w:rsid w:val="0095660D"/>
    <w:rsid w:val="00AA1D8D"/>
    <w:rsid w:val="00AD162E"/>
    <w:rsid w:val="00B22711"/>
    <w:rsid w:val="00B47730"/>
    <w:rsid w:val="00CB0664"/>
    <w:rsid w:val="00E74210"/>
    <w:rsid w:val="00E86A59"/>
    <w:rsid w:val="00EE50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4FF93"/>
  <w14:defaultImageDpi w14:val="300"/>
  <w15:docId w15:val="{D370EEC0-66B2-2842-A72A-81A7458C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C7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ntact@raiseap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RAISE-AP</cp:lastModifiedBy>
  <cp:revision>3</cp:revision>
  <dcterms:created xsi:type="dcterms:W3CDTF">2026-09-20T13:21:00Z</dcterms:created>
  <dcterms:modified xsi:type="dcterms:W3CDTF">2026-09-21T18:16:00Z</dcterms:modified>
  <cp:category/>
</cp:coreProperties>
</file>